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BA152" w14:textId="77777777" w:rsidR="001870DC" w:rsidRPr="00FF3275" w:rsidRDefault="000378D0">
      <w:pPr>
        <w:pStyle w:val="Kop1"/>
        <w:rPr>
          <w:lang w:val="nl-NL"/>
        </w:rPr>
      </w:pPr>
      <w:r w:rsidRPr="00FF3275">
        <w:rPr>
          <w:lang w:val="nl-NL"/>
        </w:rPr>
        <w:t>Tijdelijke veldindeling trainingen</w:t>
      </w:r>
    </w:p>
    <w:p w14:paraId="0C987925" w14:textId="77777777" w:rsidR="001870DC" w:rsidRDefault="000378D0">
      <w:r w:rsidRPr="00FF3275">
        <w:rPr>
          <w:lang w:val="nl-NL"/>
        </w:rPr>
        <w:t xml:space="preserve">Ingangsdatum: vanaf week 35 </w:t>
      </w:r>
      <w:r w:rsidR="001930B9" w:rsidRPr="00FF3275">
        <w:rPr>
          <w:lang w:val="nl-NL"/>
        </w:rPr>
        <w:t xml:space="preserve">t/m 1 </w:t>
      </w:r>
      <w:proofErr w:type="spellStart"/>
      <w:r w:rsidR="001930B9" w:rsidRPr="00FF3275">
        <w:rPr>
          <w:lang w:val="nl-NL"/>
        </w:rPr>
        <w:t>October</w:t>
      </w:r>
      <w:proofErr w:type="spellEnd"/>
      <w:r w:rsidRPr="00FF3275">
        <w:rPr>
          <w:lang w:val="nl-NL"/>
        </w:rPr>
        <w:br/>
        <w:t xml:space="preserve">De kleedkamerindeling blijft ongewijzigd. </w:t>
      </w:r>
      <w:r>
        <w:t xml:space="preserve">Alleen de </w:t>
      </w:r>
      <w:proofErr w:type="spellStart"/>
      <w:r>
        <w:t>veldindeling</w:t>
      </w:r>
      <w:proofErr w:type="spellEnd"/>
      <w:r>
        <w:t xml:space="preserve"> is tijdelijk aangepast.</w:t>
      </w:r>
    </w:p>
    <w:p w14:paraId="506C3650" w14:textId="77777777" w:rsidR="001870DC" w:rsidRDefault="000378D0">
      <w:pPr>
        <w:pStyle w:val="Kop2"/>
      </w:pPr>
      <w:r>
        <w:t>Maandag (Jeugd)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6"/>
        <w:gridCol w:w="2297"/>
        <w:gridCol w:w="1418"/>
        <w:gridCol w:w="1461"/>
      </w:tblGrid>
      <w:tr w:rsidR="001870DC" w14:paraId="492AF692" w14:textId="77777777" w:rsidTr="00274248">
        <w:trPr>
          <w:trHeight w:val="261"/>
        </w:trPr>
        <w:tc>
          <w:tcPr>
            <w:tcW w:w="2376" w:type="dxa"/>
          </w:tcPr>
          <w:p w14:paraId="626C8BE7" w14:textId="77777777" w:rsidR="001870DC" w:rsidRDefault="000378D0">
            <w:r>
              <w:rPr>
                <w:b/>
              </w:rPr>
              <w:t>Team</w:t>
            </w:r>
          </w:p>
        </w:tc>
        <w:tc>
          <w:tcPr>
            <w:tcW w:w="2297" w:type="dxa"/>
          </w:tcPr>
          <w:p w14:paraId="79400BE2" w14:textId="77777777" w:rsidR="001870DC" w:rsidRDefault="000378D0">
            <w:r>
              <w:rPr>
                <w:b/>
              </w:rPr>
              <w:t>Tijd</w:t>
            </w:r>
          </w:p>
        </w:tc>
        <w:tc>
          <w:tcPr>
            <w:tcW w:w="1418" w:type="dxa"/>
          </w:tcPr>
          <w:p w14:paraId="2914DDAE" w14:textId="77777777" w:rsidR="001870DC" w:rsidRDefault="000378D0">
            <w:r>
              <w:rPr>
                <w:b/>
              </w:rPr>
              <w:t>Veld</w:t>
            </w:r>
          </w:p>
        </w:tc>
        <w:tc>
          <w:tcPr>
            <w:tcW w:w="1417" w:type="dxa"/>
          </w:tcPr>
          <w:p w14:paraId="20892A5D" w14:textId="77777777" w:rsidR="001870DC" w:rsidRDefault="000378D0">
            <w:r>
              <w:rPr>
                <w:b/>
              </w:rPr>
              <w:t>Kleedkamer</w:t>
            </w:r>
          </w:p>
        </w:tc>
      </w:tr>
      <w:tr w:rsidR="001870DC" w14:paraId="453FC76B" w14:textId="77777777" w:rsidTr="00274248">
        <w:trPr>
          <w:trHeight w:val="277"/>
        </w:trPr>
        <w:tc>
          <w:tcPr>
            <w:tcW w:w="2376" w:type="dxa"/>
          </w:tcPr>
          <w:p w14:paraId="10420F24" w14:textId="77777777" w:rsidR="001870DC" w:rsidRDefault="000378D0">
            <w:r>
              <w:t>JO8</w:t>
            </w:r>
          </w:p>
        </w:tc>
        <w:tc>
          <w:tcPr>
            <w:tcW w:w="2297" w:type="dxa"/>
          </w:tcPr>
          <w:p w14:paraId="514B9239" w14:textId="77777777" w:rsidR="001870DC" w:rsidRDefault="000378D0">
            <w:r>
              <w:t>18.15-19.30</w:t>
            </w:r>
          </w:p>
        </w:tc>
        <w:tc>
          <w:tcPr>
            <w:tcW w:w="1418" w:type="dxa"/>
          </w:tcPr>
          <w:p w14:paraId="5B356CBF" w14:textId="77777777" w:rsidR="001870DC" w:rsidRDefault="000378D0">
            <w:r>
              <w:rPr>
                <w:b/>
                <w:sz w:val="24"/>
              </w:rPr>
              <w:t>1</w:t>
            </w:r>
            <w:r w:rsidR="001930B9">
              <w:rPr>
                <w:b/>
                <w:sz w:val="24"/>
              </w:rPr>
              <w:t>A</w:t>
            </w:r>
          </w:p>
        </w:tc>
        <w:tc>
          <w:tcPr>
            <w:tcW w:w="1417" w:type="dxa"/>
          </w:tcPr>
          <w:p w14:paraId="2B99C5A3" w14:textId="77777777" w:rsidR="001870DC" w:rsidRDefault="000378D0">
            <w:r>
              <w:t>4</w:t>
            </w:r>
          </w:p>
        </w:tc>
      </w:tr>
      <w:tr w:rsidR="001870DC" w14:paraId="7AF73CCF" w14:textId="77777777" w:rsidTr="00274248">
        <w:trPr>
          <w:trHeight w:val="292"/>
        </w:trPr>
        <w:tc>
          <w:tcPr>
            <w:tcW w:w="2376" w:type="dxa"/>
          </w:tcPr>
          <w:p w14:paraId="3AD23F78" w14:textId="77777777" w:rsidR="001870DC" w:rsidRDefault="000378D0">
            <w:r>
              <w:t>JO10</w:t>
            </w:r>
          </w:p>
        </w:tc>
        <w:tc>
          <w:tcPr>
            <w:tcW w:w="2297" w:type="dxa"/>
          </w:tcPr>
          <w:p w14:paraId="2ED9B224" w14:textId="77777777" w:rsidR="001870DC" w:rsidRDefault="000378D0">
            <w:r>
              <w:t>18.15-19.30</w:t>
            </w:r>
          </w:p>
        </w:tc>
        <w:tc>
          <w:tcPr>
            <w:tcW w:w="1418" w:type="dxa"/>
          </w:tcPr>
          <w:p w14:paraId="7093D6DB" w14:textId="77777777" w:rsidR="001870DC" w:rsidRDefault="000378D0">
            <w:r>
              <w:rPr>
                <w:b/>
                <w:sz w:val="24"/>
              </w:rPr>
              <w:t>1</w:t>
            </w:r>
            <w:r w:rsidR="001930B9">
              <w:rPr>
                <w:b/>
                <w:sz w:val="24"/>
              </w:rPr>
              <w:t>B</w:t>
            </w:r>
          </w:p>
        </w:tc>
        <w:tc>
          <w:tcPr>
            <w:tcW w:w="1417" w:type="dxa"/>
          </w:tcPr>
          <w:p w14:paraId="72A69035" w14:textId="77777777" w:rsidR="001870DC" w:rsidRDefault="000378D0">
            <w:r>
              <w:t>5</w:t>
            </w:r>
          </w:p>
        </w:tc>
      </w:tr>
      <w:tr w:rsidR="001870DC" w14:paraId="6A4AD795" w14:textId="77777777" w:rsidTr="00274248">
        <w:trPr>
          <w:trHeight w:val="277"/>
        </w:trPr>
        <w:tc>
          <w:tcPr>
            <w:tcW w:w="2376" w:type="dxa"/>
          </w:tcPr>
          <w:p w14:paraId="79E4BF44" w14:textId="77777777" w:rsidR="001870DC" w:rsidRDefault="000378D0">
            <w:r>
              <w:t>JO11-2</w:t>
            </w:r>
          </w:p>
        </w:tc>
        <w:tc>
          <w:tcPr>
            <w:tcW w:w="2297" w:type="dxa"/>
          </w:tcPr>
          <w:p w14:paraId="578A8D76" w14:textId="77777777" w:rsidR="001870DC" w:rsidRDefault="000378D0">
            <w:r>
              <w:t>18.15-19.30</w:t>
            </w:r>
          </w:p>
        </w:tc>
        <w:tc>
          <w:tcPr>
            <w:tcW w:w="1418" w:type="dxa"/>
          </w:tcPr>
          <w:p w14:paraId="7961C826" w14:textId="77777777" w:rsidR="001870DC" w:rsidRDefault="001930B9">
            <w:r>
              <w:rPr>
                <w:b/>
                <w:sz w:val="24"/>
              </w:rPr>
              <w:t>2B</w:t>
            </w:r>
          </w:p>
        </w:tc>
        <w:tc>
          <w:tcPr>
            <w:tcW w:w="1417" w:type="dxa"/>
          </w:tcPr>
          <w:p w14:paraId="3748434E" w14:textId="77777777" w:rsidR="001870DC" w:rsidRDefault="000378D0">
            <w:r>
              <w:t>6</w:t>
            </w:r>
          </w:p>
        </w:tc>
      </w:tr>
      <w:tr w:rsidR="001870DC" w14:paraId="088003B8" w14:textId="77777777" w:rsidTr="00274248">
        <w:trPr>
          <w:trHeight w:val="261"/>
        </w:trPr>
        <w:tc>
          <w:tcPr>
            <w:tcW w:w="2376" w:type="dxa"/>
          </w:tcPr>
          <w:p w14:paraId="543D5D93" w14:textId="77777777" w:rsidR="001870DC" w:rsidRDefault="000378D0">
            <w:r>
              <w:t>JO12</w:t>
            </w:r>
          </w:p>
        </w:tc>
        <w:tc>
          <w:tcPr>
            <w:tcW w:w="2297" w:type="dxa"/>
          </w:tcPr>
          <w:p w14:paraId="513BA033" w14:textId="77777777" w:rsidR="001870DC" w:rsidRDefault="000378D0">
            <w:r>
              <w:t>18.15-19.30</w:t>
            </w:r>
          </w:p>
        </w:tc>
        <w:tc>
          <w:tcPr>
            <w:tcW w:w="1418" w:type="dxa"/>
          </w:tcPr>
          <w:p w14:paraId="777DAF86" w14:textId="77777777" w:rsidR="001870DC" w:rsidRDefault="000378D0">
            <w:r>
              <w:t>2A</w:t>
            </w:r>
          </w:p>
        </w:tc>
        <w:tc>
          <w:tcPr>
            <w:tcW w:w="1417" w:type="dxa"/>
          </w:tcPr>
          <w:p w14:paraId="2BC39035" w14:textId="77777777" w:rsidR="001870DC" w:rsidRDefault="001930B9">
            <w:r>
              <w:t>8</w:t>
            </w:r>
          </w:p>
        </w:tc>
      </w:tr>
      <w:tr w:rsidR="001870DC" w14:paraId="15891F6B" w14:textId="77777777" w:rsidTr="00274248">
        <w:trPr>
          <w:trHeight w:val="261"/>
        </w:trPr>
        <w:tc>
          <w:tcPr>
            <w:tcW w:w="2376" w:type="dxa"/>
          </w:tcPr>
          <w:p w14:paraId="321B61BE" w14:textId="77777777" w:rsidR="001870DC" w:rsidRDefault="000378D0">
            <w:r>
              <w:t>JO14-2</w:t>
            </w:r>
          </w:p>
        </w:tc>
        <w:tc>
          <w:tcPr>
            <w:tcW w:w="2297" w:type="dxa"/>
          </w:tcPr>
          <w:p w14:paraId="5F817CD4" w14:textId="77777777" w:rsidR="001870DC" w:rsidRDefault="000378D0">
            <w:r>
              <w:t>18.15-19.30</w:t>
            </w:r>
          </w:p>
        </w:tc>
        <w:tc>
          <w:tcPr>
            <w:tcW w:w="1418" w:type="dxa"/>
          </w:tcPr>
          <w:p w14:paraId="059EC3CF" w14:textId="77777777" w:rsidR="001870DC" w:rsidRDefault="001930B9">
            <w:r>
              <w:t>3A</w:t>
            </w:r>
          </w:p>
        </w:tc>
        <w:tc>
          <w:tcPr>
            <w:tcW w:w="1417" w:type="dxa"/>
          </w:tcPr>
          <w:p w14:paraId="36CA9A2A" w14:textId="77777777" w:rsidR="001870DC" w:rsidRDefault="001930B9">
            <w:r>
              <w:t>7</w:t>
            </w:r>
          </w:p>
        </w:tc>
      </w:tr>
    </w:tbl>
    <w:p w14:paraId="4886FD66" w14:textId="77777777" w:rsidR="001870DC" w:rsidRDefault="000378D0">
      <w:pPr>
        <w:pStyle w:val="Kop2"/>
      </w:pPr>
      <w:proofErr w:type="spellStart"/>
      <w:r>
        <w:t>Dinsdag</w:t>
      </w:r>
      <w:proofErr w:type="spellEnd"/>
      <w:r>
        <w:t xml:space="preserve"> (</w:t>
      </w:r>
      <w:proofErr w:type="spellStart"/>
      <w:r>
        <w:t>Jeugd</w:t>
      </w:r>
      <w:proofErr w:type="spellEnd"/>
      <w: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8"/>
        <w:gridCol w:w="2381"/>
        <w:gridCol w:w="1442"/>
        <w:gridCol w:w="1559"/>
      </w:tblGrid>
      <w:tr w:rsidR="001870DC" w14:paraId="61403497" w14:textId="77777777" w:rsidTr="00274248">
        <w:tc>
          <w:tcPr>
            <w:tcW w:w="2268" w:type="dxa"/>
          </w:tcPr>
          <w:p w14:paraId="7DB40E5D" w14:textId="77777777" w:rsidR="001870DC" w:rsidRDefault="000378D0">
            <w:r>
              <w:rPr>
                <w:b/>
              </w:rPr>
              <w:t>Team</w:t>
            </w:r>
          </w:p>
        </w:tc>
        <w:tc>
          <w:tcPr>
            <w:tcW w:w="2381" w:type="dxa"/>
          </w:tcPr>
          <w:p w14:paraId="7F97FD98" w14:textId="77777777" w:rsidR="001870DC" w:rsidRDefault="000378D0">
            <w:r>
              <w:rPr>
                <w:b/>
              </w:rPr>
              <w:t>Tijd</w:t>
            </w:r>
          </w:p>
        </w:tc>
        <w:tc>
          <w:tcPr>
            <w:tcW w:w="1442" w:type="dxa"/>
          </w:tcPr>
          <w:p w14:paraId="04E89B25" w14:textId="77777777" w:rsidR="001870DC" w:rsidRDefault="000378D0">
            <w:r>
              <w:rPr>
                <w:b/>
              </w:rPr>
              <w:t>Veld</w:t>
            </w:r>
          </w:p>
        </w:tc>
        <w:tc>
          <w:tcPr>
            <w:tcW w:w="1559" w:type="dxa"/>
          </w:tcPr>
          <w:p w14:paraId="6A9495B5" w14:textId="77777777" w:rsidR="001870DC" w:rsidRDefault="000378D0">
            <w:r>
              <w:rPr>
                <w:b/>
              </w:rPr>
              <w:t>Kleedkamer</w:t>
            </w:r>
          </w:p>
        </w:tc>
      </w:tr>
      <w:tr w:rsidR="001870DC" w14:paraId="4728E442" w14:textId="77777777" w:rsidTr="00274248">
        <w:tc>
          <w:tcPr>
            <w:tcW w:w="2268" w:type="dxa"/>
          </w:tcPr>
          <w:p w14:paraId="772E7E03" w14:textId="77777777" w:rsidR="001870DC" w:rsidRDefault="000378D0">
            <w:r>
              <w:t>JO11-1</w:t>
            </w:r>
          </w:p>
        </w:tc>
        <w:tc>
          <w:tcPr>
            <w:tcW w:w="2381" w:type="dxa"/>
          </w:tcPr>
          <w:p w14:paraId="4DA52E47" w14:textId="77777777" w:rsidR="001870DC" w:rsidRDefault="000378D0">
            <w:r>
              <w:t>18.15-19.30</w:t>
            </w:r>
          </w:p>
        </w:tc>
        <w:tc>
          <w:tcPr>
            <w:tcW w:w="1442" w:type="dxa"/>
          </w:tcPr>
          <w:p w14:paraId="54ED36EE" w14:textId="77777777" w:rsidR="001870DC" w:rsidRDefault="000378D0">
            <w:r>
              <w:rPr>
                <w:b/>
                <w:sz w:val="24"/>
              </w:rPr>
              <w:t>1A</w:t>
            </w:r>
          </w:p>
        </w:tc>
        <w:tc>
          <w:tcPr>
            <w:tcW w:w="1559" w:type="dxa"/>
          </w:tcPr>
          <w:p w14:paraId="2B6119D6" w14:textId="77777777" w:rsidR="001870DC" w:rsidRDefault="000378D0">
            <w:r>
              <w:t>8</w:t>
            </w:r>
          </w:p>
        </w:tc>
      </w:tr>
      <w:tr w:rsidR="001870DC" w14:paraId="2E0BE00E" w14:textId="77777777" w:rsidTr="00274248">
        <w:tc>
          <w:tcPr>
            <w:tcW w:w="2268" w:type="dxa"/>
          </w:tcPr>
          <w:p w14:paraId="06C996B1" w14:textId="77777777" w:rsidR="001870DC" w:rsidRDefault="000378D0">
            <w:r>
              <w:t>MO13</w:t>
            </w:r>
          </w:p>
        </w:tc>
        <w:tc>
          <w:tcPr>
            <w:tcW w:w="2381" w:type="dxa"/>
          </w:tcPr>
          <w:p w14:paraId="7EA6A830" w14:textId="77777777" w:rsidR="001870DC" w:rsidRDefault="000378D0">
            <w:r>
              <w:t>18.15-19.30</w:t>
            </w:r>
          </w:p>
        </w:tc>
        <w:tc>
          <w:tcPr>
            <w:tcW w:w="1442" w:type="dxa"/>
          </w:tcPr>
          <w:p w14:paraId="5A8F39DD" w14:textId="77777777" w:rsidR="001870DC" w:rsidRDefault="000378D0">
            <w:r>
              <w:rPr>
                <w:b/>
                <w:sz w:val="24"/>
              </w:rPr>
              <w:t>1B</w:t>
            </w:r>
          </w:p>
        </w:tc>
        <w:tc>
          <w:tcPr>
            <w:tcW w:w="1559" w:type="dxa"/>
          </w:tcPr>
          <w:p w14:paraId="43ABBA03" w14:textId="77777777" w:rsidR="001870DC" w:rsidRDefault="000378D0">
            <w:r>
              <w:t>7</w:t>
            </w:r>
          </w:p>
        </w:tc>
      </w:tr>
      <w:tr w:rsidR="001870DC" w14:paraId="67D20AEF" w14:textId="77777777" w:rsidTr="00274248">
        <w:tc>
          <w:tcPr>
            <w:tcW w:w="2268" w:type="dxa"/>
          </w:tcPr>
          <w:p w14:paraId="189F4032" w14:textId="77777777" w:rsidR="001870DC" w:rsidRDefault="000378D0">
            <w:r>
              <w:t>JO14-1</w:t>
            </w:r>
          </w:p>
        </w:tc>
        <w:tc>
          <w:tcPr>
            <w:tcW w:w="2381" w:type="dxa"/>
          </w:tcPr>
          <w:p w14:paraId="306E801A" w14:textId="77777777" w:rsidR="001870DC" w:rsidRDefault="000378D0">
            <w:r>
              <w:t>18.15-19.30</w:t>
            </w:r>
          </w:p>
        </w:tc>
        <w:tc>
          <w:tcPr>
            <w:tcW w:w="1442" w:type="dxa"/>
          </w:tcPr>
          <w:p w14:paraId="1A35394B" w14:textId="77777777" w:rsidR="001870DC" w:rsidRDefault="000378D0">
            <w:r>
              <w:rPr>
                <w:b/>
                <w:sz w:val="24"/>
              </w:rPr>
              <w:t>3B</w:t>
            </w:r>
          </w:p>
        </w:tc>
        <w:tc>
          <w:tcPr>
            <w:tcW w:w="1559" w:type="dxa"/>
          </w:tcPr>
          <w:p w14:paraId="06E3AF8B" w14:textId="77777777" w:rsidR="001870DC" w:rsidRDefault="000378D0">
            <w:r>
              <w:t>5</w:t>
            </w:r>
          </w:p>
        </w:tc>
      </w:tr>
      <w:tr w:rsidR="001870DC" w14:paraId="3DB64570" w14:textId="77777777" w:rsidTr="00274248">
        <w:tc>
          <w:tcPr>
            <w:tcW w:w="2268" w:type="dxa"/>
          </w:tcPr>
          <w:p w14:paraId="7FFA6FCD" w14:textId="77777777" w:rsidR="001870DC" w:rsidRDefault="000378D0">
            <w:r>
              <w:t>JO17</w:t>
            </w:r>
          </w:p>
        </w:tc>
        <w:tc>
          <w:tcPr>
            <w:tcW w:w="2381" w:type="dxa"/>
          </w:tcPr>
          <w:p w14:paraId="45A00AC7" w14:textId="77777777" w:rsidR="001870DC" w:rsidRDefault="000378D0">
            <w:r>
              <w:t>18.15-20.00</w:t>
            </w:r>
          </w:p>
        </w:tc>
        <w:tc>
          <w:tcPr>
            <w:tcW w:w="1442" w:type="dxa"/>
          </w:tcPr>
          <w:p w14:paraId="27CA3F26" w14:textId="77777777" w:rsidR="001870DC" w:rsidRDefault="000378D0">
            <w:r>
              <w:rPr>
                <w:b/>
                <w:sz w:val="24"/>
              </w:rPr>
              <w:t>3A</w:t>
            </w:r>
          </w:p>
        </w:tc>
        <w:tc>
          <w:tcPr>
            <w:tcW w:w="1559" w:type="dxa"/>
          </w:tcPr>
          <w:p w14:paraId="14E559E4" w14:textId="77777777" w:rsidR="001870DC" w:rsidRDefault="000378D0">
            <w:r>
              <w:t>6</w:t>
            </w:r>
          </w:p>
        </w:tc>
      </w:tr>
      <w:tr w:rsidR="001870DC" w14:paraId="6A65FBA6" w14:textId="77777777" w:rsidTr="00274248">
        <w:tc>
          <w:tcPr>
            <w:tcW w:w="2268" w:type="dxa"/>
          </w:tcPr>
          <w:p w14:paraId="1492A9B7" w14:textId="77777777" w:rsidR="001870DC" w:rsidRDefault="000378D0">
            <w:r>
              <w:t>MO17</w:t>
            </w:r>
          </w:p>
        </w:tc>
        <w:tc>
          <w:tcPr>
            <w:tcW w:w="2381" w:type="dxa"/>
          </w:tcPr>
          <w:p w14:paraId="598584A8" w14:textId="77777777" w:rsidR="001870DC" w:rsidRDefault="000378D0">
            <w:r>
              <w:t>18.15-19.30</w:t>
            </w:r>
          </w:p>
        </w:tc>
        <w:tc>
          <w:tcPr>
            <w:tcW w:w="1442" w:type="dxa"/>
          </w:tcPr>
          <w:p w14:paraId="723EFD31" w14:textId="77777777" w:rsidR="001870DC" w:rsidRDefault="000378D0">
            <w:r>
              <w:rPr>
                <w:b/>
                <w:sz w:val="24"/>
              </w:rPr>
              <w:t>2B</w:t>
            </w:r>
          </w:p>
        </w:tc>
        <w:tc>
          <w:tcPr>
            <w:tcW w:w="1559" w:type="dxa"/>
          </w:tcPr>
          <w:p w14:paraId="75842AAC" w14:textId="77777777" w:rsidR="001870DC" w:rsidRDefault="000378D0">
            <w:r>
              <w:t>9</w:t>
            </w:r>
          </w:p>
        </w:tc>
      </w:tr>
      <w:tr w:rsidR="001870DC" w14:paraId="34F29D97" w14:textId="77777777" w:rsidTr="00274248">
        <w:tc>
          <w:tcPr>
            <w:tcW w:w="2268" w:type="dxa"/>
          </w:tcPr>
          <w:p w14:paraId="6573F02F" w14:textId="77777777" w:rsidR="001870DC" w:rsidRDefault="000378D0">
            <w:r>
              <w:t>Keepers</w:t>
            </w:r>
          </w:p>
        </w:tc>
        <w:tc>
          <w:tcPr>
            <w:tcW w:w="2381" w:type="dxa"/>
          </w:tcPr>
          <w:p w14:paraId="2BD235F5" w14:textId="77777777" w:rsidR="001870DC" w:rsidRDefault="000378D0">
            <w:r>
              <w:t>18.15-19.30</w:t>
            </w:r>
          </w:p>
        </w:tc>
        <w:tc>
          <w:tcPr>
            <w:tcW w:w="1442" w:type="dxa"/>
          </w:tcPr>
          <w:p w14:paraId="3A6CCDA6" w14:textId="77777777" w:rsidR="001870DC" w:rsidRDefault="000378D0">
            <w:r>
              <w:rPr>
                <w:b/>
                <w:sz w:val="24"/>
              </w:rPr>
              <w:t>2A</w:t>
            </w:r>
          </w:p>
        </w:tc>
        <w:tc>
          <w:tcPr>
            <w:tcW w:w="1559" w:type="dxa"/>
          </w:tcPr>
          <w:p w14:paraId="7B1A2461" w14:textId="77777777" w:rsidR="001870DC" w:rsidRDefault="000378D0">
            <w:r>
              <w:t>3</w:t>
            </w:r>
          </w:p>
        </w:tc>
      </w:tr>
    </w:tbl>
    <w:p w14:paraId="5A94898A" w14:textId="77777777" w:rsidR="001870DC" w:rsidRDefault="000378D0">
      <w:pPr>
        <w:pStyle w:val="Kop2"/>
      </w:pPr>
      <w:proofErr w:type="spellStart"/>
      <w:r>
        <w:t>Woensdag</w:t>
      </w:r>
      <w:proofErr w:type="spellEnd"/>
      <w:r>
        <w:t xml:space="preserve"> (</w:t>
      </w:r>
      <w:proofErr w:type="spellStart"/>
      <w:r>
        <w:t>Jeugd</w:t>
      </w:r>
      <w:proofErr w:type="spellEnd"/>
      <w: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1418"/>
        <w:gridCol w:w="1559"/>
      </w:tblGrid>
      <w:tr w:rsidR="001870DC" w14:paraId="0DBABB3E" w14:textId="77777777" w:rsidTr="00274248">
        <w:tc>
          <w:tcPr>
            <w:tcW w:w="2263" w:type="dxa"/>
          </w:tcPr>
          <w:p w14:paraId="0F6D4B40" w14:textId="77777777" w:rsidR="001870DC" w:rsidRDefault="000378D0">
            <w:r>
              <w:rPr>
                <w:b/>
              </w:rPr>
              <w:t>Team</w:t>
            </w:r>
          </w:p>
        </w:tc>
        <w:tc>
          <w:tcPr>
            <w:tcW w:w="2410" w:type="dxa"/>
          </w:tcPr>
          <w:p w14:paraId="6EECA11A" w14:textId="77777777" w:rsidR="001870DC" w:rsidRDefault="000378D0">
            <w:r>
              <w:rPr>
                <w:b/>
              </w:rPr>
              <w:t>Tijd</w:t>
            </w:r>
          </w:p>
        </w:tc>
        <w:tc>
          <w:tcPr>
            <w:tcW w:w="1418" w:type="dxa"/>
          </w:tcPr>
          <w:p w14:paraId="06ED4DE5" w14:textId="77777777" w:rsidR="001870DC" w:rsidRDefault="000378D0">
            <w:r>
              <w:rPr>
                <w:b/>
              </w:rPr>
              <w:t>Veld</w:t>
            </w:r>
          </w:p>
        </w:tc>
        <w:tc>
          <w:tcPr>
            <w:tcW w:w="1559" w:type="dxa"/>
          </w:tcPr>
          <w:p w14:paraId="58D20FF3" w14:textId="77777777" w:rsidR="001870DC" w:rsidRDefault="000378D0">
            <w:r>
              <w:rPr>
                <w:b/>
              </w:rPr>
              <w:t>Kleedkamer</w:t>
            </w:r>
          </w:p>
        </w:tc>
      </w:tr>
      <w:tr w:rsidR="001870DC" w14:paraId="540DE3A2" w14:textId="77777777" w:rsidTr="00274248">
        <w:trPr>
          <w:trHeight w:val="70"/>
        </w:trPr>
        <w:tc>
          <w:tcPr>
            <w:tcW w:w="2263" w:type="dxa"/>
          </w:tcPr>
          <w:p w14:paraId="4FADE475" w14:textId="77777777" w:rsidR="001870DC" w:rsidRDefault="000378D0">
            <w:r>
              <w:t>JO7</w:t>
            </w:r>
          </w:p>
        </w:tc>
        <w:tc>
          <w:tcPr>
            <w:tcW w:w="2410" w:type="dxa"/>
          </w:tcPr>
          <w:p w14:paraId="5D22396A" w14:textId="77777777" w:rsidR="001870DC" w:rsidRDefault="000378D0">
            <w:r>
              <w:t>18.15-19.30</w:t>
            </w:r>
          </w:p>
        </w:tc>
        <w:tc>
          <w:tcPr>
            <w:tcW w:w="1418" w:type="dxa"/>
          </w:tcPr>
          <w:p w14:paraId="05017A58" w14:textId="77777777" w:rsidR="001870DC" w:rsidRDefault="000378D0">
            <w:r>
              <w:rPr>
                <w:b/>
                <w:sz w:val="24"/>
              </w:rPr>
              <w:t>1</w:t>
            </w:r>
            <w:r w:rsidR="001930B9">
              <w:rPr>
                <w:b/>
                <w:sz w:val="24"/>
              </w:rPr>
              <w:t>B</w:t>
            </w:r>
          </w:p>
        </w:tc>
        <w:tc>
          <w:tcPr>
            <w:tcW w:w="1559" w:type="dxa"/>
          </w:tcPr>
          <w:p w14:paraId="24BF257D" w14:textId="77777777" w:rsidR="001870DC" w:rsidRDefault="000378D0">
            <w:r>
              <w:t>2</w:t>
            </w:r>
          </w:p>
        </w:tc>
      </w:tr>
      <w:tr w:rsidR="001870DC" w14:paraId="51E1FF7A" w14:textId="77777777" w:rsidTr="00274248">
        <w:tc>
          <w:tcPr>
            <w:tcW w:w="2263" w:type="dxa"/>
          </w:tcPr>
          <w:p w14:paraId="33E292AC" w14:textId="77777777" w:rsidR="001870DC" w:rsidRDefault="000378D0">
            <w:r>
              <w:t>JO8</w:t>
            </w:r>
          </w:p>
        </w:tc>
        <w:tc>
          <w:tcPr>
            <w:tcW w:w="2410" w:type="dxa"/>
          </w:tcPr>
          <w:p w14:paraId="16219BA4" w14:textId="77777777" w:rsidR="001870DC" w:rsidRDefault="000378D0">
            <w:r>
              <w:t>18.15-19.30</w:t>
            </w:r>
          </w:p>
        </w:tc>
        <w:tc>
          <w:tcPr>
            <w:tcW w:w="1418" w:type="dxa"/>
          </w:tcPr>
          <w:p w14:paraId="225C9D2D" w14:textId="77777777" w:rsidR="001870DC" w:rsidRDefault="000378D0">
            <w:r>
              <w:rPr>
                <w:b/>
                <w:sz w:val="24"/>
              </w:rPr>
              <w:t>1</w:t>
            </w:r>
            <w:r w:rsidR="001930B9">
              <w:rPr>
                <w:b/>
                <w:sz w:val="24"/>
              </w:rPr>
              <w:t>A</w:t>
            </w:r>
          </w:p>
        </w:tc>
        <w:tc>
          <w:tcPr>
            <w:tcW w:w="1559" w:type="dxa"/>
          </w:tcPr>
          <w:p w14:paraId="56067C79" w14:textId="77777777" w:rsidR="001870DC" w:rsidRDefault="000378D0">
            <w:r>
              <w:t>4</w:t>
            </w:r>
          </w:p>
        </w:tc>
      </w:tr>
      <w:tr w:rsidR="001870DC" w14:paraId="5DAADA1E" w14:textId="77777777" w:rsidTr="00274248">
        <w:tc>
          <w:tcPr>
            <w:tcW w:w="2263" w:type="dxa"/>
          </w:tcPr>
          <w:p w14:paraId="6612DD22" w14:textId="77777777" w:rsidR="001870DC" w:rsidRDefault="000378D0">
            <w:r>
              <w:t>JO10</w:t>
            </w:r>
          </w:p>
        </w:tc>
        <w:tc>
          <w:tcPr>
            <w:tcW w:w="2410" w:type="dxa"/>
          </w:tcPr>
          <w:p w14:paraId="7CBA5E2E" w14:textId="77777777" w:rsidR="001870DC" w:rsidRDefault="000378D0">
            <w:r>
              <w:t>18.15-19.30</w:t>
            </w:r>
          </w:p>
        </w:tc>
        <w:tc>
          <w:tcPr>
            <w:tcW w:w="1418" w:type="dxa"/>
          </w:tcPr>
          <w:p w14:paraId="14BBFC15" w14:textId="77777777" w:rsidR="001870DC" w:rsidRDefault="000378D0">
            <w:r>
              <w:rPr>
                <w:b/>
                <w:sz w:val="24"/>
              </w:rPr>
              <w:t>2A</w:t>
            </w:r>
          </w:p>
        </w:tc>
        <w:tc>
          <w:tcPr>
            <w:tcW w:w="1559" w:type="dxa"/>
          </w:tcPr>
          <w:p w14:paraId="0AC25E5D" w14:textId="77777777" w:rsidR="001870DC" w:rsidRDefault="000378D0">
            <w:r>
              <w:t>5</w:t>
            </w:r>
          </w:p>
        </w:tc>
      </w:tr>
      <w:tr w:rsidR="001870DC" w14:paraId="4D3D1DC3" w14:textId="77777777" w:rsidTr="00274248">
        <w:tc>
          <w:tcPr>
            <w:tcW w:w="2263" w:type="dxa"/>
          </w:tcPr>
          <w:p w14:paraId="7E7EA3E9" w14:textId="77777777" w:rsidR="001870DC" w:rsidRDefault="000378D0">
            <w:r>
              <w:t>JO11-2</w:t>
            </w:r>
          </w:p>
        </w:tc>
        <w:tc>
          <w:tcPr>
            <w:tcW w:w="2410" w:type="dxa"/>
          </w:tcPr>
          <w:p w14:paraId="5B631AE1" w14:textId="77777777" w:rsidR="001870DC" w:rsidRDefault="000378D0">
            <w:r>
              <w:t>18.15-19.30</w:t>
            </w:r>
          </w:p>
        </w:tc>
        <w:tc>
          <w:tcPr>
            <w:tcW w:w="1418" w:type="dxa"/>
          </w:tcPr>
          <w:p w14:paraId="040AFFAF" w14:textId="77777777" w:rsidR="001870DC" w:rsidRDefault="000378D0">
            <w:r>
              <w:rPr>
                <w:b/>
                <w:sz w:val="24"/>
              </w:rPr>
              <w:t>2B</w:t>
            </w:r>
          </w:p>
        </w:tc>
        <w:tc>
          <w:tcPr>
            <w:tcW w:w="1559" w:type="dxa"/>
          </w:tcPr>
          <w:p w14:paraId="34FF9D2A" w14:textId="77777777" w:rsidR="001870DC" w:rsidRDefault="000378D0">
            <w:r>
              <w:t>6</w:t>
            </w:r>
          </w:p>
        </w:tc>
      </w:tr>
      <w:tr w:rsidR="001870DC" w14:paraId="53C3048C" w14:textId="77777777" w:rsidTr="00274248">
        <w:tc>
          <w:tcPr>
            <w:tcW w:w="2263" w:type="dxa"/>
          </w:tcPr>
          <w:p w14:paraId="3CABA2F3" w14:textId="77777777" w:rsidR="001870DC" w:rsidRDefault="000378D0">
            <w:r>
              <w:t>JO12</w:t>
            </w:r>
          </w:p>
        </w:tc>
        <w:tc>
          <w:tcPr>
            <w:tcW w:w="2410" w:type="dxa"/>
          </w:tcPr>
          <w:p w14:paraId="1F970757" w14:textId="77777777" w:rsidR="001870DC" w:rsidRDefault="000378D0">
            <w:r>
              <w:t>18.15-19.30</w:t>
            </w:r>
          </w:p>
        </w:tc>
        <w:tc>
          <w:tcPr>
            <w:tcW w:w="1418" w:type="dxa"/>
          </w:tcPr>
          <w:p w14:paraId="00015DE4" w14:textId="77777777" w:rsidR="001870DC" w:rsidRPr="00FF3275" w:rsidRDefault="001930B9" w:rsidP="001930B9">
            <w:pPr>
              <w:rPr>
                <w:b/>
                <w:bCs/>
              </w:rPr>
            </w:pPr>
            <w:r w:rsidRPr="00FF3275">
              <w:rPr>
                <w:b/>
                <w:bCs/>
              </w:rPr>
              <w:t>3B</w:t>
            </w:r>
          </w:p>
        </w:tc>
        <w:tc>
          <w:tcPr>
            <w:tcW w:w="1559" w:type="dxa"/>
          </w:tcPr>
          <w:p w14:paraId="4F7B99AB" w14:textId="77777777" w:rsidR="001870DC" w:rsidRDefault="001930B9">
            <w:r>
              <w:t>8</w:t>
            </w:r>
          </w:p>
        </w:tc>
      </w:tr>
      <w:tr w:rsidR="001870DC" w14:paraId="321D2FE8" w14:textId="77777777" w:rsidTr="00274248">
        <w:trPr>
          <w:trHeight w:val="70"/>
        </w:trPr>
        <w:tc>
          <w:tcPr>
            <w:tcW w:w="2263" w:type="dxa"/>
          </w:tcPr>
          <w:p w14:paraId="7B9244E0" w14:textId="77777777" w:rsidR="001870DC" w:rsidRDefault="000378D0">
            <w:r>
              <w:t>JO14-2</w:t>
            </w:r>
          </w:p>
        </w:tc>
        <w:tc>
          <w:tcPr>
            <w:tcW w:w="2410" w:type="dxa"/>
          </w:tcPr>
          <w:p w14:paraId="3569334C" w14:textId="77777777" w:rsidR="001870DC" w:rsidRDefault="000378D0">
            <w:r>
              <w:t>18.15-19.30</w:t>
            </w:r>
          </w:p>
        </w:tc>
        <w:tc>
          <w:tcPr>
            <w:tcW w:w="1418" w:type="dxa"/>
          </w:tcPr>
          <w:p w14:paraId="1FE1B012" w14:textId="77777777" w:rsidR="001870DC" w:rsidRPr="00FF3275" w:rsidRDefault="001930B9">
            <w:pPr>
              <w:rPr>
                <w:b/>
                <w:bCs/>
              </w:rPr>
            </w:pPr>
            <w:r w:rsidRPr="00FF3275">
              <w:rPr>
                <w:b/>
                <w:bCs/>
              </w:rPr>
              <w:t>3A</w:t>
            </w:r>
          </w:p>
        </w:tc>
        <w:tc>
          <w:tcPr>
            <w:tcW w:w="1559" w:type="dxa"/>
          </w:tcPr>
          <w:p w14:paraId="302C64A1" w14:textId="77777777" w:rsidR="001870DC" w:rsidRDefault="001930B9">
            <w:r>
              <w:t>7</w:t>
            </w:r>
          </w:p>
        </w:tc>
      </w:tr>
    </w:tbl>
    <w:p w14:paraId="24C3B2B2" w14:textId="77777777" w:rsidR="001870DC" w:rsidRDefault="000378D0">
      <w:pPr>
        <w:pStyle w:val="Kop2"/>
      </w:pPr>
      <w:proofErr w:type="spellStart"/>
      <w:r>
        <w:t>Donderdag</w:t>
      </w:r>
      <w:proofErr w:type="spellEnd"/>
      <w:r>
        <w:t xml:space="preserve"> (</w:t>
      </w:r>
      <w:proofErr w:type="spellStart"/>
      <w:r>
        <w:t>Jeugd</w:t>
      </w:r>
      <w:proofErr w:type="spellEnd"/>
      <w: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8"/>
        <w:gridCol w:w="2381"/>
        <w:gridCol w:w="1442"/>
        <w:gridCol w:w="1559"/>
      </w:tblGrid>
      <w:tr w:rsidR="001870DC" w14:paraId="5281A809" w14:textId="77777777" w:rsidTr="00274248">
        <w:tc>
          <w:tcPr>
            <w:tcW w:w="2268" w:type="dxa"/>
          </w:tcPr>
          <w:p w14:paraId="02AB2139" w14:textId="77777777" w:rsidR="001870DC" w:rsidRDefault="000378D0">
            <w:r>
              <w:rPr>
                <w:b/>
              </w:rPr>
              <w:t>Team</w:t>
            </w:r>
          </w:p>
        </w:tc>
        <w:tc>
          <w:tcPr>
            <w:tcW w:w="2381" w:type="dxa"/>
          </w:tcPr>
          <w:p w14:paraId="7A2630EA" w14:textId="77777777" w:rsidR="001870DC" w:rsidRDefault="000378D0">
            <w:r>
              <w:rPr>
                <w:b/>
              </w:rPr>
              <w:t>Tijd</w:t>
            </w:r>
          </w:p>
        </w:tc>
        <w:tc>
          <w:tcPr>
            <w:tcW w:w="1442" w:type="dxa"/>
          </w:tcPr>
          <w:p w14:paraId="262F7D78" w14:textId="77777777" w:rsidR="001870DC" w:rsidRDefault="000378D0">
            <w:r>
              <w:rPr>
                <w:b/>
              </w:rPr>
              <w:t>Veld</w:t>
            </w:r>
          </w:p>
        </w:tc>
        <w:tc>
          <w:tcPr>
            <w:tcW w:w="1559" w:type="dxa"/>
          </w:tcPr>
          <w:p w14:paraId="06ED23C3" w14:textId="77777777" w:rsidR="001870DC" w:rsidRDefault="000378D0">
            <w:r>
              <w:rPr>
                <w:b/>
              </w:rPr>
              <w:t>Kleedkamer</w:t>
            </w:r>
          </w:p>
        </w:tc>
      </w:tr>
      <w:tr w:rsidR="001870DC" w14:paraId="56881A3F" w14:textId="77777777" w:rsidTr="00274248">
        <w:trPr>
          <w:trHeight w:val="206"/>
        </w:trPr>
        <w:tc>
          <w:tcPr>
            <w:tcW w:w="2268" w:type="dxa"/>
          </w:tcPr>
          <w:p w14:paraId="531843F3" w14:textId="77777777" w:rsidR="001870DC" w:rsidRDefault="000378D0">
            <w:r>
              <w:t>JO11-1</w:t>
            </w:r>
          </w:p>
        </w:tc>
        <w:tc>
          <w:tcPr>
            <w:tcW w:w="2381" w:type="dxa"/>
          </w:tcPr>
          <w:p w14:paraId="64F3A395" w14:textId="77777777" w:rsidR="001870DC" w:rsidRDefault="000378D0">
            <w:r>
              <w:t>18.15-19.30</w:t>
            </w:r>
          </w:p>
        </w:tc>
        <w:tc>
          <w:tcPr>
            <w:tcW w:w="1442" w:type="dxa"/>
          </w:tcPr>
          <w:p w14:paraId="71D770F4" w14:textId="77777777" w:rsidR="001870DC" w:rsidRDefault="000378D0">
            <w:r>
              <w:rPr>
                <w:b/>
                <w:sz w:val="24"/>
              </w:rPr>
              <w:t>1A</w:t>
            </w:r>
          </w:p>
        </w:tc>
        <w:tc>
          <w:tcPr>
            <w:tcW w:w="1559" w:type="dxa"/>
          </w:tcPr>
          <w:p w14:paraId="71153B12" w14:textId="77777777" w:rsidR="001870DC" w:rsidRDefault="000378D0">
            <w:r>
              <w:t>8</w:t>
            </w:r>
          </w:p>
        </w:tc>
      </w:tr>
      <w:tr w:rsidR="001870DC" w14:paraId="5DFD6EA0" w14:textId="77777777" w:rsidTr="00274248">
        <w:tc>
          <w:tcPr>
            <w:tcW w:w="2268" w:type="dxa"/>
          </w:tcPr>
          <w:p w14:paraId="3E63D4B4" w14:textId="77777777" w:rsidR="001870DC" w:rsidRDefault="000378D0">
            <w:r>
              <w:t>MO13</w:t>
            </w:r>
          </w:p>
        </w:tc>
        <w:tc>
          <w:tcPr>
            <w:tcW w:w="2381" w:type="dxa"/>
          </w:tcPr>
          <w:p w14:paraId="16E3D3DC" w14:textId="77777777" w:rsidR="001870DC" w:rsidRDefault="000378D0">
            <w:r>
              <w:t>18.15-19.30</w:t>
            </w:r>
          </w:p>
        </w:tc>
        <w:tc>
          <w:tcPr>
            <w:tcW w:w="1442" w:type="dxa"/>
          </w:tcPr>
          <w:p w14:paraId="3D4369ED" w14:textId="77777777" w:rsidR="001870DC" w:rsidRDefault="000378D0">
            <w:r>
              <w:rPr>
                <w:b/>
                <w:sz w:val="24"/>
              </w:rPr>
              <w:t>1B</w:t>
            </w:r>
          </w:p>
        </w:tc>
        <w:tc>
          <w:tcPr>
            <w:tcW w:w="1559" w:type="dxa"/>
          </w:tcPr>
          <w:p w14:paraId="5E437C1E" w14:textId="77777777" w:rsidR="001870DC" w:rsidRDefault="000378D0">
            <w:r>
              <w:t>7</w:t>
            </w:r>
          </w:p>
        </w:tc>
      </w:tr>
      <w:tr w:rsidR="001870DC" w14:paraId="411D83A1" w14:textId="77777777" w:rsidTr="00274248">
        <w:tc>
          <w:tcPr>
            <w:tcW w:w="2268" w:type="dxa"/>
          </w:tcPr>
          <w:p w14:paraId="5E89E742" w14:textId="77777777" w:rsidR="001870DC" w:rsidRDefault="000378D0">
            <w:r>
              <w:t>JO14-1</w:t>
            </w:r>
          </w:p>
        </w:tc>
        <w:tc>
          <w:tcPr>
            <w:tcW w:w="2381" w:type="dxa"/>
          </w:tcPr>
          <w:p w14:paraId="6B79C7D5" w14:textId="77777777" w:rsidR="001870DC" w:rsidRDefault="000378D0">
            <w:r>
              <w:t>18.15-19.30</w:t>
            </w:r>
          </w:p>
        </w:tc>
        <w:tc>
          <w:tcPr>
            <w:tcW w:w="1442" w:type="dxa"/>
          </w:tcPr>
          <w:p w14:paraId="39F4360F" w14:textId="77777777" w:rsidR="001870DC" w:rsidRDefault="000378D0">
            <w:r>
              <w:rPr>
                <w:b/>
                <w:sz w:val="24"/>
              </w:rPr>
              <w:t>3B</w:t>
            </w:r>
          </w:p>
        </w:tc>
        <w:tc>
          <w:tcPr>
            <w:tcW w:w="1559" w:type="dxa"/>
          </w:tcPr>
          <w:p w14:paraId="68CAA4B4" w14:textId="77777777" w:rsidR="001870DC" w:rsidRDefault="000378D0">
            <w:r>
              <w:t>5</w:t>
            </w:r>
          </w:p>
        </w:tc>
      </w:tr>
      <w:tr w:rsidR="001870DC" w14:paraId="11E2E82B" w14:textId="77777777" w:rsidTr="00274248">
        <w:tc>
          <w:tcPr>
            <w:tcW w:w="2268" w:type="dxa"/>
          </w:tcPr>
          <w:p w14:paraId="244F8318" w14:textId="77777777" w:rsidR="001870DC" w:rsidRDefault="000378D0">
            <w:r>
              <w:t>JO17</w:t>
            </w:r>
          </w:p>
        </w:tc>
        <w:tc>
          <w:tcPr>
            <w:tcW w:w="2381" w:type="dxa"/>
          </w:tcPr>
          <w:p w14:paraId="1964EDC3" w14:textId="77777777" w:rsidR="001870DC" w:rsidRDefault="000378D0">
            <w:r>
              <w:t>18.15-20.00</w:t>
            </w:r>
          </w:p>
        </w:tc>
        <w:tc>
          <w:tcPr>
            <w:tcW w:w="1442" w:type="dxa"/>
          </w:tcPr>
          <w:p w14:paraId="5002149A" w14:textId="77777777" w:rsidR="001870DC" w:rsidRDefault="000378D0">
            <w:r>
              <w:rPr>
                <w:b/>
                <w:sz w:val="24"/>
              </w:rPr>
              <w:t>3A</w:t>
            </w:r>
          </w:p>
        </w:tc>
        <w:tc>
          <w:tcPr>
            <w:tcW w:w="1559" w:type="dxa"/>
          </w:tcPr>
          <w:p w14:paraId="7ADD2BB6" w14:textId="77777777" w:rsidR="001870DC" w:rsidRDefault="000378D0">
            <w:r>
              <w:t>6</w:t>
            </w:r>
          </w:p>
        </w:tc>
      </w:tr>
      <w:tr w:rsidR="001870DC" w14:paraId="02601F9B" w14:textId="77777777" w:rsidTr="00274248">
        <w:tc>
          <w:tcPr>
            <w:tcW w:w="2268" w:type="dxa"/>
          </w:tcPr>
          <w:p w14:paraId="48F1879F" w14:textId="77777777" w:rsidR="001870DC" w:rsidRDefault="000378D0">
            <w:r>
              <w:t>MO17</w:t>
            </w:r>
          </w:p>
        </w:tc>
        <w:tc>
          <w:tcPr>
            <w:tcW w:w="2381" w:type="dxa"/>
          </w:tcPr>
          <w:p w14:paraId="74ECBBF8" w14:textId="77777777" w:rsidR="001870DC" w:rsidRDefault="000378D0">
            <w:r>
              <w:t>18.15-19.30</w:t>
            </w:r>
          </w:p>
        </w:tc>
        <w:tc>
          <w:tcPr>
            <w:tcW w:w="1442" w:type="dxa"/>
          </w:tcPr>
          <w:p w14:paraId="38F417CC" w14:textId="77777777" w:rsidR="001870DC" w:rsidRDefault="000378D0">
            <w:r>
              <w:rPr>
                <w:b/>
                <w:sz w:val="24"/>
              </w:rPr>
              <w:t>2B</w:t>
            </w:r>
          </w:p>
        </w:tc>
        <w:tc>
          <w:tcPr>
            <w:tcW w:w="1559" w:type="dxa"/>
          </w:tcPr>
          <w:p w14:paraId="0741CCF2" w14:textId="77777777" w:rsidR="001870DC" w:rsidRDefault="000378D0">
            <w:r>
              <w:t>9</w:t>
            </w:r>
          </w:p>
        </w:tc>
      </w:tr>
      <w:tr w:rsidR="001870DC" w14:paraId="0810EEC5" w14:textId="77777777" w:rsidTr="00274248">
        <w:tc>
          <w:tcPr>
            <w:tcW w:w="2268" w:type="dxa"/>
          </w:tcPr>
          <w:p w14:paraId="3CA93FEC" w14:textId="77777777" w:rsidR="001870DC" w:rsidRDefault="000378D0">
            <w:r>
              <w:t>Keepers</w:t>
            </w:r>
          </w:p>
        </w:tc>
        <w:tc>
          <w:tcPr>
            <w:tcW w:w="2381" w:type="dxa"/>
          </w:tcPr>
          <w:p w14:paraId="44060692" w14:textId="77777777" w:rsidR="001870DC" w:rsidRDefault="000378D0">
            <w:r>
              <w:t>18.15-19.30</w:t>
            </w:r>
          </w:p>
        </w:tc>
        <w:tc>
          <w:tcPr>
            <w:tcW w:w="1442" w:type="dxa"/>
          </w:tcPr>
          <w:p w14:paraId="3636E49C" w14:textId="77777777" w:rsidR="001870DC" w:rsidRDefault="000378D0">
            <w:r>
              <w:rPr>
                <w:b/>
                <w:sz w:val="24"/>
              </w:rPr>
              <w:t>2A</w:t>
            </w:r>
          </w:p>
        </w:tc>
        <w:tc>
          <w:tcPr>
            <w:tcW w:w="1559" w:type="dxa"/>
          </w:tcPr>
          <w:p w14:paraId="72ECF8C7" w14:textId="77777777" w:rsidR="001870DC" w:rsidRDefault="000378D0">
            <w:r>
              <w:t>3</w:t>
            </w:r>
          </w:p>
        </w:tc>
      </w:tr>
    </w:tbl>
    <w:p w14:paraId="75ACCD69" w14:textId="77777777" w:rsidR="001870DC" w:rsidRDefault="000378D0">
      <w:pPr>
        <w:pStyle w:val="Kop2"/>
      </w:pPr>
      <w:proofErr w:type="spellStart"/>
      <w:r>
        <w:t>Dinsdag</w:t>
      </w:r>
      <w:proofErr w:type="spellEnd"/>
      <w:r>
        <w:t xml:space="preserve"> (</w:t>
      </w:r>
      <w:proofErr w:type="spellStart"/>
      <w:r>
        <w:t>Senioren</w:t>
      </w:r>
      <w:proofErr w:type="spellEnd"/>
      <w: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8"/>
        <w:gridCol w:w="2381"/>
        <w:gridCol w:w="1442"/>
        <w:gridCol w:w="1559"/>
      </w:tblGrid>
      <w:tr w:rsidR="001870DC" w14:paraId="64475023" w14:textId="77777777" w:rsidTr="00274248">
        <w:tc>
          <w:tcPr>
            <w:tcW w:w="2268" w:type="dxa"/>
          </w:tcPr>
          <w:p w14:paraId="01513640" w14:textId="77777777" w:rsidR="001870DC" w:rsidRDefault="000378D0">
            <w:r>
              <w:rPr>
                <w:b/>
              </w:rPr>
              <w:t>Team</w:t>
            </w:r>
          </w:p>
        </w:tc>
        <w:tc>
          <w:tcPr>
            <w:tcW w:w="2381" w:type="dxa"/>
          </w:tcPr>
          <w:p w14:paraId="239AE787" w14:textId="77777777" w:rsidR="001870DC" w:rsidRDefault="000378D0">
            <w:r>
              <w:rPr>
                <w:b/>
              </w:rPr>
              <w:t>Tijd</w:t>
            </w:r>
          </w:p>
        </w:tc>
        <w:tc>
          <w:tcPr>
            <w:tcW w:w="1442" w:type="dxa"/>
          </w:tcPr>
          <w:p w14:paraId="08B0FB51" w14:textId="77777777" w:rsidR="001870DC" w:rsidRDefault="000378D0">
            <w:r>
              <w:rPr>
                <w:b/>
              </w:rPr>
              <w:t>Veld</w:t>
            </w:r>
          </w:p>
        </w:tc>
        <w:tc>
          <w:tcPr>
            <w:tcW w:w="1559" w:type="dxa"/>
          </w:tcPr>
          <w:p w14:paraId="08A6062B" w14:textId="77777777" w:rsidR="001870DC" w:rsidRDefault="000378D0">
            <w:r>
              <w:rPr>
                <w:b/>
              </w:rPr>
              <w:t>Kleedkamer</w:t>
            </w:r>
          </w:p>
        </w:tc>
      </w:tr>
      <w:tr w:rsidR="001870DC" w14:paraId="7E471471" w14:textId="77777777" w:rsidTr="00274248">
        <w:tc>
          <w:tcPr>
            <w:tcW w:w="2268" w:type="dxa"/>
          </w:tcPr>
          <w:p w14:paraId="1EDA2CDD" w14:textId="77777777" w:rsidR="001870DC" w:rsidRDefault="000378D0">
            <w:r>
              <w:t>MO20</w:t>
            </w:r>
          </w:p>
        </w:tc>
        <w:tc>
          <w:tcPr>
            <w:tcW w:w="2381" w:type="dxa"/>
          </w:tcPr>
          <w:p w14:paraId="32F7E9DC" w14:textId="77777777" w:rsidR="00C34F6B" w:rsidRDefault="00461720">
            <w:r>
              <w:t>19.30-21.00</w:t>
            </w:r>
          </w:p>
        </w:tc>
        <w:tc>
          <w:tcPr>
            <w:tcW w:w="1442" w:type="dxa"/>
          </w:tcPr>
          <w:p w14:paraId="6BD37303" w14:textId="77777777" w:rsidR="00C34F6B" w:rsidRDefault="00461720">
            <w:r>
              <w:t>1</w:t>
            </w:r>
          </w:p>
        </w:tc>
        <w:tc>
          <w:tcPr>
            <w:tcW w:w="1559" w:type="dxa"/>
          </w:tcPr>
          <w:p w14:paraId="29F02EFB" w14:textId="77777777" w:rsidR="001870DC" w:rsidRDefault="000378D0">
            <w:r>
              <w:t>4</w:t>
            </w:r>
          </w:p>
        </w:tc>
      </w:tr>
      <w:tr w:rsidR="001870DC" w14:paraId="6DFDB264" w14:textId="77777777" w:rsidTr="00274248">
        <w:tc>
          <w:tcPr>
            <w:tcW w:w="2268" w:type="dxa"/>
          </w:tcPr>
          <w:p w14:paraId="07E83B46" w14:textId="77777777" w:rsidR="001870DC" w:rsidRDefault="000378D0">
            <w:r>
              <w:t>1</w:t>
            </w:r>
          </w:p>
        </w:tc>
        <w:tc>
          <w:tcPr>
            <w:tcW w:w="2381" w:type="dxa"/>
          </w:tcPr>
          <w:p w14:paraId="7336A898" w14:textId="77777777" w:rsidR="00C34F6B" w:rsidRDefault="00461720">
            <w:r>
              <w:t>19.45-21.30</w:t>
            </w:r>
          </w:p>
        </w:tc>
        <w:tc>
          <w:tcPr>
            <w:tcW w:w="1442" w:type="dxa"/>
          </w:tcPr>
          <w:p w14:paraId="12EEC9F4" w14:textId="77777777" w:rsidR="00C34F6B" w:rsidRDefault="00461720">
            <w:r>
              <w:t>2A</w:t>
            </w:r>
          </w:p>
        </w:tc>
        <w:tc>
          <w:tcPr>
            <w:tcW w:w="1559" w:type="dxa"/>
          </w:tcPr>
          <w:p w14:paraId="6DC65D7F" w14:textId="77777777" w:rsidR="001870DC" w:rsidRDefault="000378D0">
            <w:r>
              <w:t>1</w:t>
            </w:r>
          </w:p>
        </w:tc>
      </w:tr>
      <w:tr w:rsidR="001870DC" w14:paraId="3AC8B534" w14:textId="77777777" w:rsidTr="00274248">
        <w:tc>
          <w:tcPr>
            <w:tcW w:w="2268" w:type="dxa"/>
          </w:tcPr>
          <w:p w14:paraId="38B19DD7" w14:textId="77777777" w:rsidR="001870DC" w:rsidRDefault="000378D0">
            <w:r>
              <w:t>2</w:t>
            </w:r>
          </w:p>
        </w:tc>
        <w:tc>
          <w:tcPr>
            <w:tcW w:w="2381" w:type="dxa"/>
          </w:tcPr>
          <w:p w14:paraId="11011028" w14:textId="77777777" w:rsidR="00C34F6B" w:rsidRDefault="00461720">
            <w:r>
              <w:t>19.45-21.30</w:t>
            </w:r>
          </w:p>
        </w:tc>
        <w:tc>
          <w:tcPr>
            <w:tcW w:w="1442" w:type="dxa"/>
          </w:tcPr>
          <w:p w14:paraId="70D59A35" w14:textId="77777777" w:rsidR="00C34F6B" w:rsidRDefault="00461720">
            <w:r>
              <w:t>2B</w:t>
            </w:r>
          </w:p>
        </w:tc>
        <w:tc>
          <w:tcPr>
            <w:tcW w:w="1559" w:type="dxa"/>
          </w:tcPr>
          <w:p w14:paraId="4D89CEA0" w14:textId="77777777" w:rsidR="001870DC" w:rsidRDefault="000378D0">
            <w:r>
              <w:t>2</w:t>
            </w:r>
          </w:p>
        </w:tc>
      </w:tr>
      <w:tr w:rsidR="001870DC" w14:paraId="4EBFE6A3" w14:textId="77777777" w:rsidTr="00274248">
        <w:tc>
          <w:tcPr>
            <w:tcW w:w="2268" w:type="dxa"/>
          </w:tcPr>
          <w:p w14:paraId="40DC6701" w14:textId="77777777" w:rsidR="001870DC" w:rsidRDefault="000378D0">
            <w:r>
              <w:t>4/5</w:t>
            </w:r>
          </w:p>
        </w:tc>
        <w:tc>
          <w:tcPr>
            <w:tcW w:w="2381" w:type="dxa"/>
          </w:tcPr>
          <w:p w14:paraId="62686668" w14:textId="77777777" w:rsidR="00C34F6B" w:rsidRDefault="00461720">
            <w:r>
              <w:t>19.30-21.00</w:t>
            </w:r>
          </w:p>
        </w:tc>
        <w:tc>
          <w:tcPr>
            <w:tcW w:w="1442" w:type="dxa"/>
          </w:tcPr>
          <w:p w14:paraId="5A2D83D7" w14:textId="77777777" w:rsidR="00C34F6B" w:rsidRDefault="00461720">
            <w:r>
              <w:t>3B</w:t>
            </w:r>
          </w:p>
        </w:tc>
        <w:tc>
          <w:tcPr>
            <w:tcW w:w="1559" w:type="dxa"/>
          </w:tcPr>
          <w:p w14:paraId="1F27A3B4" w14:textId="77777777" w:rsidR="001870DC" w:rsidRDefault="000378D0">
            <w:r>
              <w:t>3</w:t>
            </w:r>
          </w:p>
        </w:tc>
      </w:tr>
    </w:tbl>
    <w:p w14:paraId="35649053" w14:textId="77777777" w:rsidR="00431275" w:rsidRDefault="00431275" w:rsidP="00431275">
      <w:pPr>
        <w:pStyle w:val="Kop2"/>
      </w:pPr>
    </w:p>
    <w:p w14:paraId="4E2FDA70" w14:textId="77777777" w:rsidR="00431275" w:rsidRDefault="00431275" w:rsidP="00431275">
      <w:pPr>
        <w:pStyle w:val="Kop2"/>
      </w:pPr>
    </w:p>
    <w:p w14:paraId="6956374C" w14:textId="77777777" w:rsidR="00431275" w:rsidRDefault="00431275" w:rsidP="00431275">
      <w:pPr>
        <w:pStyle w:val="Kop2"/>
      </w:pPr>
    </w:p>
    <w:p w14:paraId="209ED9A4" w14:textId="2B800540" w:rsidR="00431275" w:rsidRPr="00431275" w:rsidRDefault="000378D0" w:rsidP="00431275">
      <w:pPr>
        <w:pStyle w:val="Kop2"/>
      </w:pPr>
      <w:proofErr w:type="spellStart"/>
      <w:r>
        <w:t>Woensdag</w:t>
      </w:r>
      <w:proofErr w:type="spellEnd"/>
      <w:r>
        <w:t xml:space="preserve"> (</w:t>
      </w:r>
      <w:proofErr w:type="spellStart"/>
      <w:r>
        <w:t>Senioren</w:t>
      </w:r>
      <w:proofErr w:type="spellEnd"/>
      <w: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8"/>
        <w:gridCol w:w="2381"/>
        <w:gridCol w:w="1442"/>
        <w:gridCol w:w="1461"/>
      </w:tblGrid>
      <w:tr w:rsidR="001870DC" w14:paraId="5A0A6EA4" w14:textId="77777777" w:rsidTr="00274248">
        <w:tc>
          <w:tcPr>
            <w:tcW w:w="2268" w:type="dxa"/>
          </w:tcPr>
          <w:p w14:paraId="1E88AA23" w14:textId="77777777" w:rsidR="001870DC" w:rsidRDefault="000378D0">
            <w:r>
              <w:rPr>
                <w:b/>
              </w:rPr>
              <w:t>Team</w:t>
            </w:r>
          </w:p>
        </w:tc>
        <w:tc>
          <w:tcPr>
            <w:tcW w:w="2381" w:type="dxa"/>
          </w:tcPr>
          <w:p w14:paraId="7BF3B66F" w14:textId="77777777" w:rsidR="001870DC" w:rsidRDefault="000378D0">
            <w:r>
              <w:rPr>
                <w:b/>
              </w:rPr>
              <w:t>Tijd</w:t>
            </w:r>
          </w:p>
        </w:tc>
        <w:tc>
          <w:tcPr>
            <w:tcW w:w="1442" w:type="dxa"/>
          </w:tcPr>
          <w:p w14:paraId="4FAAC998" w14:textId="77777777" w:rsidR="001870DC" w:rsidRDefault="000378D0">
            <w:r>
              <w:rPr>
                <w:b/>
              </w:rPr>
              <w:t>Veld</w:t>
            </w:r>
          </w:p>
        </w:tc>
        <w:tc>
          <w:tcPr>
            <w:tcW w:w="1417" w:type="dxa"/>
          </w:tcPr>
          <w:p w14:paraId="66049D10" w14:textId="77777777" w:rsidR="001870DC" w:rsidRDefault="000378D0">
            <w:r>
              <w:rPr>
                <w:b/>
              </w:rPr>
              <w:t>Kleedkamer</w:t>
            </w:r>
          </w:p>
        </w:tc>
      </w:tr>
      <w:tr w:rsidR="001870DC" w14:paraId="71473D0B" w14:textId="77777777" w:rsidTr="00274248">
        <w:tc>
          <w:tcPr>
            <w:tcW w:w="2268" w:type="dxa"/>
          </w:tcPr>
          <w:p w14:paraId="5D435EC5" w14:textId="77777777" w:rsidR="001870DC" w:rsidRDefault="000378D0">
            <w:r>
              <w:t>WF</w:t>
            </w:r>
          </w:p>
        </w:tc>
        <w:tc>
          <w:tcPr>
            <w:tcW w:w="2381" w:type="dxa"/>
          </w:tcPr>
          <w:p w14:paraId="7C97998F" w14:textId="77777777" w:rsidR="001870DC" w:rsidRDefault="000378D0">
            <w:r>
              <w:t>19.30-20.30</w:t>
            </w:r>
          </w:p>
        </w:tc>
        <w:tc>
          <w:tcPr>
            <w:tcW w:w="1442" w:type="dxa"/>
          </w:tcPr>
          <w:p w14:paraId="5EEAF5AA" w14:textId="77777777" w:rsidR="001870DC" w:rsidRDefault="000378D0">
            <w:r>
              <w:rPr>
                <w:b/>
                <w:sz w:val="24"/>
              </w:rPr>
              <w:t>1</w:t>
            </w:r>
          </w:p>
        </w:tc>
        <w:tc>
          <w:tcPr>
            <w:tcW w:w="1417" w:type="dxa"/>
          </w:tcPr>
          <w:p w14:paraId="76DF5831" w14:textId="77777777" w:rsidR="001870DC" w:rsidRDefault="000378D0">
            <w:r>
              <w:t>1</w:t>
            </w:r>
          </w:p>
        </w:tc>
      </w:tr>
      <w:tr w:rsidR="001870DC" w14:paraId="404DA18B" w14:textId="77777777" w:rsidTr="00274248">
        <w:tc>
          <w:tcPr>
            <w:tcW w:w="2268" w:type="dxa"/>
          </w:tcPr>
          <w:p w14:paraId="54FDC8E7" w14:textId="07B9DF6D" w:rsidR="001870DC" w:rsidRDefault="000378D0">
            <w:r>
              <w:t>35+</w:t>
            </w:r>
            <w:r w:rsidR="00BC15E8">
              <w:t xml:space="preserve"> </w:t>
            </w:r>
          </w:p>
        </w:tc>
        <w:tc>
          <w:tcPr>
            <w:tcW w:w="2381" w:type="dxa"/>
          </w:tcPr>
          <w:p w14:paraId="27113424" w14:textId="77777777" w:rsidR="001870DC" w:rsidRDefault="000378D0">
            <w:r>
              <w:t>20.00-21.00</w:t>
            </w:r>
          </w:p>
        </w:tc>
        <w:tc>
          <w:tcPr>
            <w:tcW w:w="1442" w:type="dxa"/>
          </w:tcPr>
          <w:p w14:paraId="5A0A03F8" w14:textId="77777777" w:rsidR="001870DC" w:rsidRDefault="000378D0">
            <w:r>
              <w:rPr>
                <w:b/>
                <w:sz w:val="24"/>
              </w:rPr>
              <w:t>2A</w:t>
            </w:r>
          </w:p>
        </w:tc>
        <w:tc>
          <w:tcPr>
            <w:tcW w:w="1417" w:type="dxa"/>
          </w:tcPr>
          <w:p w14:paraId="4D473874" w14:textId="77777777" w:rsidR="001870DC" w:rsidRDefault="000378D0">
            <w:r>
              <w:t>2</w:t>
            </w:r>
          </w:p>
        </w:tc>
      </w:tr>
      <w:tr w:rsidR="001870DC" w14:paraId="3A4E6A39" w14:textId="77777777" w:rsidTr="00274248">
        <w:tc>
          <w:tcPr>
            <w:tcW w:w="2268" w:type="dxa"/>
          </w:tcPr>
          <w:p w14:paraId="7D3B1E72" w14:textId="77777777" w:rsidR="001870DC" w:rsidRDefault="000378D0">
            <w:r>
              <w:t>35+ dames</w:t>
            </w:r>
          </w:p>
        </w:tc>
        <w:tc>
          <w:tcPr>
            <w:tcW w:w="2381" w:type="dxa"/>
          </w:tcPr>
          <w:p w14:paraId="600BEA28" w14:textId="77777777" w:rsidR="001870DC" w:rsidRDefault="000378D0">
            <w:r>
              <w:t>20.00-21.00</w:t>
            </w:r>
          </w:p>
        </w:tc>
        <w:tc>
          <w:tcPr>
            <w:tcW w:w="1442" w:type="dxa"/>
          </w:tcPr>
          <w:p w14:paraId="4422EC5A" w14:textId="53EE9491" w:rsidR="001870DC" w:rsidRDefault="000378D0">
            <w:r>
              <w:rPr>
                <w:b/>
                <w:sz w:val="24"/>
              </w:rPr>
              <w:t>2</w:t>
            </w:r>
            <w:r w:rsidR="00FF3275">
              <w:rPr>
                <w:b/>
                <w:sz w:val="24"/>
              </w:rPr>
              <w:t>A</w:t>
            </w:r>
          </w:p>
        </w:tc>
        <w:tc>
          <w:tcPr>
            <w:tcW w:w="1417" w:type="dxa"/>
          </w:tcPr>
          <w:p w14:paraId="0AD22126" w14:textId="77777777" w:rsidR="001870DC" w:rsidRDefault="000378D0">
            <w:r>
              <w:t>5</w:t>
            </w:r>
          </w:p>
        </w:tc>
      </w:tr>
    </w:tbl>
    <w:p w14:paraId="6D4DE81E" w14:textId="77777777" w:rsidR="001870DC" w:rsidRDefault="000378D0">
      <w:pPr>
        <w:pStyle w:val="Kop2"/>
      </w:pPr>
      <w:proofErr w:type="spellStart"/>
      <w:r>
        <w:t>Donderdag</w:t>
      </w:r>
      <w:proofErr w:type="spellEnd"/>
      <w:r>
        <w:t xml:space="preserve"> (</w:t>
      </w:r>
      <w:proofErr w:type="spellStart"/>
      <w:r>
        <w:t>Senioren</w:t>
      </w:r>
      <w:proofErr w:type="spellEnd"/>
      <w: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8"/>
        <w:gridCol w:w="2381"/>
        <w:gridCol w:w="1442"/>
        <w:gridCol w:w="1461"/>
      </w:tblGrid>
      <w:tr w:rsidR="001870DC" w14:paraId="76A6C197" w14:textId="77777777" w:rsidTr="00BC15E8">
        <w:tc>
          <w:tcPr>
            <w:tcW w:w="2268" w:type="dxa"/>
          </w:tcPr>
          <w:p w14:paraId="60CEB7D0" w14:textId="77777777" w:rsidR="001870DC" w:rsidRDefault="000378D0">
            <w:r>
              <w:rPr>
                <w:b/>
              </w:rPr>
              <w:t>Team</w:t>
            </w:r>
          </w:p>
        </w:tc>
        <w:tc>
          <w:tcPr>
            <w:tcW w:w="2381" w:type="dxa"/>
          </w:tcPr>
          <w:p w14:paraId="756E9C92" w14:textId="77777777" w:rsidR="001870DC" w:rsidRDefault="000378D0">
            <w:r>
              <w:rPr>
                <w:b/>
              </w:rPr>
              <w:t>Tijd</w:t>
            </w:r>
          </w:p>
        </w:tc>
        <w:tc>
          <w:tcPr>
            <w:tcW w:w="1442" w:type="dxa"/>
          </w:tcPr>
          <w:p w14:paraId="2F799077" w14:textId="77777777" w:rsidR="001870DC" w:rsidRDefault="000378D0">
            <w:r>
              <w:rPr>
                <w:b/>
              </w:rPr>
              <w:t>Veld</w:t>
            </w:r>
          </w:p>
        </w:tc>
        <w:tc>
          <w:tcPr>
            <w:tcW w:w="1417" w:type="dxa"/>
          </w:tcPr>
          <w:p w14:paraId="65A7EFC8" w14:textId="77777777" w:rsidR="001870DC" w:rsidRDefault="000378D0">
            <w:r>
              <w:rPr>
                <w:b/>
              </w:rPr>
              <w:t>Kleedkamer</w:t>
            </w:r>
          </w:p>
        </w:tc>
      </w:tr>
      <w:tr w:rsidR="001870DC" w14:paraId="51DD2B96" w14:textId="77777777" w:rsidTr="00BC15E8">
        <w:tc>
          <w:tcPr>
            <w:tcW w:w="2268" w:type="dxa"/>
          </w:tcPr>
          <w:p w14:paraId="765DBA4F" w14:textId="77777777" w:rsidR="001870DC" w:rsidRDefault="000378D0">
            <w:r>
              <w:t>MO20</w:t>
            </w:r>
          </w:p>
        </w:tc>
        <w:tc>
          <w:tcPr>
            <w:tcW w:w="2381" w:type="dxa"/>
          </w:tcPr>
          <w:p w14:paraId="04C15DAB" w14:textId="77777777" w:rsidR="00C34F6B" w:rsidRDefault="00461720">
            <w:r>
              <w:t>19.30-21.00</w:t>
            </w:r>
          </w:p>
        </w:tc>
        <w:tc>
          <w:tcPr>
            <w:tcW w:w="1442" w:type="dxa"/>
          </w:tcPr>
          <w:p w14:paraId="09330B11" w14:textId="77777777" w:rsidR="00C34F6B" w:rsidRPr="00FF3275" w:rsidRDefault="00461720">
            <w:pPr>
              <w:rPr>
                <w:b/>
                <w:bCs/>
              </w:rPr>
            </w:pPr>
            <w:r w:rsidRPr="00FF3275">
              <w:rPr>
                <w:b/>
                <w:bCs/>
              </w:rPr>
              <w:t>1</w:t>
            </w:r>
          </w:p>
        </w:tc>
        <w:tc>
          <w:tcPr>
            <w:tcW w:w="1417" w:type="dxa"/>
          </w:tcPr>
          <w:p w14:paraId="063C4985" w14:textId="77777777" w:rsidR="001870DC" w:rsidRDefault="000378D0">
            <w:r>
              <w:t>4</w:t>
            </w:r>
          </w:p>
        </w:tc>
      </w:tr>
      <w:tr w:rsidR="001870DC" w14:paraId="1220ACF4" w14:textId="77777777" w:rsidTr="00BC15E8">
        <w:tc>
          <w:tcPr>
            <w:tcW w:w="2268" w:type="dxa"/>
          </w:tcPr>
          <w:p w14:paraId="2CDE0324" w14:textId="77777777" w:rsidR="001870DC" w:rsidRDefault="000378D0">
            <w:r>
              <w:t>1</w:t>
            </w:r>
          </w:p>
        </w:tc>
        <w:tc>
          <w:tcPr>
            <w:tcW w:w="2381" w:type="dxa"/>
          </w:tcPr>
          <w:p w14:paraId="5C2B5A43" w14:textId="77777777" w:rsidR="00C34F6B" w:rsidRDefault="00461720">
            <w:r>
              <w:t>20.00-21.30</w:t>
            </w:r>
          </w:p>
        </w:tc>
        <w:tc>
          <w:tcPr>
            <w:tcW w:w="1442" w:type="dxa"/>
          </w:tcPr>
          <w:p w14:paraId="0632A28C" w14:textId="77777777" w:rsidR="00C34F6B" w:rsidRPr="00FF3275" w:rsidRDefault="00461720">
            <w:pPr>
              <w:rPr>
                <w:b/>
                <w:bCs/>
              </w:rPr>
            </w:pPr>
            <w:r w:rsidRPr="00FF3275">
              <w:rPr>
                <w:b/>
                <w:bCs/>
              </w:rPr>
              <w:t>2A</w:t>
            </w:r>
          </w:p>
        </w:tc>
        <w:tc>
          <w:tcPr>
            <w:tcW w:w="1417" w:type="dxa"/>
          </w:tcPr>
          <w:p w14:paraId="5F927F0B" w14:textId="77777777" w:rsidR="001870DC" w:rsidRDefault="000378D0">
            <w:r>
              <w:t>1</w:t>
            </w:r>
          </w:p>
        </w:tc>
      </w:tr>
      <w:tr w:rsidR="001870DC" w14:paraId="4E8C055D" w14:textId="77777777" w:rsidTr="00BC15E8">
        <w:tc>
          <w:tcPr>
            <w:tcW w:w="2268" w:type="dxa"/>
          </w:tcPr>
          <w:p w14:paraId="0A97CBF5" w14:textId="77777777" w:rsidR="001870DC" w:rsidRDefault="000378D0">
            <w:r>
              <w:t>2</w:t>
            </w:r>
          </w:p>
        </w:tc>
        <w:tc>
          <w:tcPr>
            <w:tcW w:w="2381" w:type="dxa"/>
          </w:tcPr>
          <w:p w14:paraId="7C783C22" w14:textId="77777777" w:rsidR="00C34F6B" w:rsidRDefault="00461720">
            <w:r>
              <w:t>19.45-21.30</w:t>
            </w:r>
          </w:p>
        </w:tc>
        <w:tc>
          <w:tcPr>
            <w:tcW w:w="1442" w:type="dxa"/>
          </w:tcPr>
          <w:p w14:paraId="2BA7E528" w14:textId="77777777" w:rsidR="00C34F6B" w:rsidRPr="00FF3275" w:rsidRDefault="00461720">
            <w:pPr>
              <w:rPr>
                <w:b/>
                <w:bCs/>
              </w:rPr>
            </w:pPr>
            <w:r w:rsidRPr="00FF3275">
              <w:rPr>
                <w:b/>
                <w:bCs/>
              </w:rPr>
              <w:t>2B</w:t>
            </w:r>
          </w:p>
        </w:tc>
        <w:tc>
          <w:tcPr>
            <w:tcW w:w="1417" w:type="dxa"/>
          </w:tcPr>
          <w:p w14:paraId="630EEC4C" w14:textId="77777777" w:rsidR="001870DC" w:rsidRDefault="000378D0">
            <w:r>
              <w:t>2</w:t>
            </w:r>
          </w:p>
        </w:tc>
      </w:tr>
      <w:tr w:rsidR="001870DC" w14:paraId="16CFE699" w14:textId="77777777" w:rsidTr="00BC15E8">
        <w:tc>
          <w:tcPr>
            <w:tcW w:w="2268" w:type="dxa"/>
          </w:tcPr>
          <w:p w14:paraId="6CB68DE2" w14:textId="77777777" w:rsidR="001870DC" w:rsidRDefault="000378D0">
            <w:r>
              <w:t>3</w:t>
            </w:r>
          </w:p>
        </w:tc>
        <w:tc>
          <w:tcPr>
            <w:tcW w:w="2381" w:type="dxa"/>
          </w:tcPr>
          <w:p w14:paraId="326E13C9" w14:textId="77777777" w:rsidR="00C34F6B" w:rsidRDefault="00461720">
            <w:r>
              <w:t>19.30-21.00</w:t>
            </w:r>
          </w:p>
        </w:tc>
        <w:tc>
          <w:tcPr>
            <w:tcW w:w="1442" w:type="dxa"/>
          </w:tcPr>
          <w:p w14:paraId="43F9C316" w14:textId="77777777" w:rsidR="00C34F6B" w:rsidRPr="00FF3275" w:rsidRDefault="00461720">
            <w:pPr>
              <w:rPr>
                <w:b/>
                <w:bCs/>
              </w:rPr>
            </w:pPr>
            <w:r w:rsidRPr="00FF3275">
              <w:rPr>
                <w:b/>
                <w:bCs/>
              </w:rPr>
              <w:t>3B</w:t>
            </w:r>
          </w:p>
        </w:tc>
        <w:tc>
          <w:tcPr>
            <w:tcW w:w="1417" w:type="dxa"/>
          </w:tcPr>
          <w:p w14:paraId="5FBDFE41" w14:textId="77777777" w:rsidR="001870DC" w:rsidRDefault="000378D0">
            <w:r>
              <w:t>3</w:t>
            </w:r>
          </w:p>
        </w:tc>
      </w:tr>
    </w:tbl>
    <w:p w14:paraId="40CE2D09" w14:textId="77777777" w:rsidR="000378D0" w:rsidRDefault="000378D0"/>
    <w:sectPr w:rsidR="000378D0" w:rsidSect="00DE2173">
      <w:pgSz w:w="12240" w:h="15840" w:code="1"/>
      <w:pgMar w:top="284" w:right="851" w:bottom="284" w:left="851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5992964">
    <w:abstractNumId w:val="8"/>
  </w:num>
  <w:num w:numId="2" w16cid:durableId="601039168">
    <w:abstractNumId w:val="6"/>
  </w:num>
  <w:num w:numId="3" w16cid:durableId="1065108932">
    <w:abstractNumId w:val="5"/>
  </w:num>
  <w:num w:numId="4" w16cid:durableId="188418464">
    <w:abstractNumId w:val="4"/>
  </w:num>
  <w:num w:numId="5" w16cid:durableId="812334497">
    <w:abstractNumId w:val="7"/>
  </w:num>
  <w:num w:numId="6" w16cid:durableId="1601404374">
    <w:abstractNumId w:val="3"/>
  </w:num>
  <w:num w:numId="7" w16cid:durableId="184443565">
    <w:abstractNumId w:val="2"/>
  </w:num>
  <w:num w:numId="8" w16cid:durableId="1042905439">
    <w:abstractNumId w:val="1"/>
  </w:num>
  <w:num w:numId="9" w16cid:durableId="1930850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78D0"/>
    <w:rsid w:val="0006063C"/>
    <w:rsid w:val="0015074B"/>
    <w:rsid w:val="001870DC"/>
    <w:rsid w:val="001930B9"/>
    <w:rsid w:val="00274248"/>
    <w:rsid w:val="0029639D"/>
    <w:rsid w:val="00326F90"/>
    <w:rsid w:val="00431275"/>
    <w:rsid w:val="0071795C"/>
    <w:rsid w:val="00AA1D8D"/>
    <w:rsid w:val="00B47730"/>
    <w:rsid w:val="00BC15E8"/>
    <w:rsid w:val="00C34F6B"/>
    <w:rsid w:val="00CB0664"/>
    <w:rsid w:val="00CB2E35"/>
    <w:rsid w:val="00CC7ED9"/>
    <w:rsid w:val="00DE2173"/>
    <w:rsid w:val="00FC693F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010BFC"/>
  <w14:defaultImageDpi w14:val="300"/>
  <w15:docId w15:val="{D768BC54-885A-4999-A6A8-A154073BA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8961C8-748C-4F69-BB8B-6B4051A5F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195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Meijering, Corne</cp:lastModifiedBy>
  <cp:revision>7</cp:revision>
  <dcterms:created xsi:type="dcterms:W3CDTF">2026-08-05T09:42:00Z</dcterms:created>
  <dcterms:modified xsi:type="dcterms:W3CDTF">2026-08-05T09:53:00Z</dcterms:modified>
  <cp:category/>
</cp:coreProperties>
</file>